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לכנרת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מפה ומסלול נסיעה לפי שמות כבישים וצמתים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אתגרי בטיחות בדרך (עיקולים, ירידה תלולה, עומס, סנוור) ואת הדרך להתמודד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לשון ציווי ברבים בהקשר של שלטי דרכים וכללי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75 וצומת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חוגרים חגורה, גם בנסיעה 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הדרך שמוזכרת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בירידה תלולה צריך לנסוע לאט ולשמור מרחק.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לא תיאור השלט הזה בטקסט, יש להיזהר מהכללה שגויה.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מה אומר השלט?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עצירה מלאה לפני הצומת)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(נותנים לרכבים בדרך הראשית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(מורידים מהירות כי משהו מיוחד מחכה בהמשך)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(הכביש יורד חזק למטה)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(בהמשך יש הרבה עיקולים אחד אחרי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ונוסעים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עוברים ליד כפר תבור והר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במחלף גולני עוברים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בירידה הארוכה והמפותלת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לטבריה ולטיילת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ציווי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חגרו חגורה בכל נסיעה!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65 וכביש 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בלשון ציווי רבים, קשור לבטיחות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הרכב צובר מהירות בקלות בירידה ארוכה ותלולה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של האזור ולבקש מהתלמידים לעקוב אחרי המסלול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ההפיכה משלט ביחיד (עצור!) לרבים (עצרו!)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לזוגות: אחד קורא משפט מהסיפור והשני מזהה אם הוא נכון או לא נכון לפי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לכנרת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ואיתי יצאו עם דודה שירה לטיול לטבריה. בדף הזה נעקוב אחרי המסלול שלהם, נזהה אתגרי בטיחות בדרך, ונתרגל גם שלטים וגם לשון ציווי.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כביש יוצאים מעפולה לכיוון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עוברים מכביש 65 לכביש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במחלף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כפר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כבישים נוסעים בהם מי שיוצאים מחיפה כדי להגיע לכביש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75 וצומת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כביש עובר לאורך חוף הכנרת בעיר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בנסיעה קצרה אפשר לוותר על חגורת 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החוף המערבי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שיוצא מחיפה יכול לנסוע בכביש 75 ואחר כך בכביש 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תלולה כדאי לנסוע מהר כדי לסיים אותה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"תן זכות קדימה" הוא עיגול כחול.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נועה ואיתי יצאו מהעיר __________ בדרך לטבריה.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הכביש שמוביל מעפולה צפונה-מזרחה הוא כביש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הכביש 65 רואים את ה__________ העגול, הנראה כמו כיפה ירוקה.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במחלף __________ עוברים מכביש 65 לכביש 77.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מה אומר השלט?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נותנים לרכבים בדרך הראשית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בהמשך יש הרבה עיקולים אחד אחרי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הכביש יורד חזק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רד לאט (ירידה תלולה)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עצירה מלאה לפני הצומת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היזהר בעיקולים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מורידים מהירות כי משהו מיוחד מחכה בהמשך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ליד כפר תבור והר תבור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בירידה הארוכה והמפותלת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לטבריה ולטיילת חוף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מעפולה ונוסעים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במחלף גולני עוברים לכביש 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ציווי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את המילה "עצור" ללשון רבים, כך שתתאים לכל 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המשפט "אני חוגר חגורה בכל נסיעה" לציווי 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כבישים נפגשים במחלף גולני?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בטיחות אחד בציווי רבים.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להאט בירידה התלולה אל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לכנרת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