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לכנרת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מפה ומסלול נסיעה לפי שמות כבישים וצמתים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אתגרי בטיחות בדרך (עיקולים, ירידה תלולה, עומס, סנוור) ואת הדרך להתמודד איתם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לשון ציווי ברבים בהקשר של שלטי דרכים וכללי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כביש 75 וצומת 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חוגרים חגורה, גם בנסיעה 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מה אומר השלט?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(עוצרים עצירה מלאה לפני הצומת)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(נותנים לרכבים בדרך הראשית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(מורידים מהירות כי משהו מיוחד מחכה בהמשך)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מעפולה ונוסעים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עוברים ליד כפר תבור והר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יורדים בירידה הארוכה והמפותלת אל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לטבריה ולטיילת חוף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ציווי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65 וכביש 77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בלשון ציווי רבים, קשור לבטיחות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הרכב צובר מהירות בקלות בירידה ארוכה ותלולה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אמיתית של האזור ולבקש מהתלמידים לעקוב אחרי המסלול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ההפיכה משלט ביחיד (עצור!) לרבים (עצרו!)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לזוגות: אחד קורא משפט מהסיפור והשני מזהה אם הוא נכון או לא נכון לפי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לכנרת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נועה ואיתי יצאו עם דודה שירה לטיול לטבריה. בדף הזה נעקוב אחרי המסלול שלהם, נזהה אתגרי בטיחות בדרך, ונתרגל גם שלטים וגם לשון ציווי.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עפולה  ·  65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כביש יוצאים מעפולה לכיוון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כבישים נוסעים בהם מי שיוצאים מחיפה כדי להגיע לכביש 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75 וצומת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65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בנסיעה קצרה אפשר לוותר על חגורת בטיחות.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טבריה נמצאת על החוף המערבי של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נועה ואיתי יצאו מהעיר __________ בדרך לטבריה.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הכביש שמוביל מעפולה צפונה-מזרחה הוא כביש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מה אומר השלט?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מורידים מהירות כי משהו מיוחד מחכה בהמשך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עוצרים עצירה מלאה לפני הצומת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נותנים לרכבים בדרך הראשית לעבור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לטבריה ולטיילת חוף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יורדים בירידה הארוכה והמפותלת אל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מעפולה ונוסעים בכביש 65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עוברים ליד כפר תבור והר תבור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ציווי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הפכו את המילה "עצור" ללשון רבים, כך שתתאים לכל הכיתה.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שני כבישים נפגשים במחלף גולני?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כלל בטיחות אחד בציווי רבים.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ניווט וזהירות בדרכים לכנרת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